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ADCA5" w14:textId="399A565E" w:rsidR="004E0CAD" w:rsidRDefault="004E0CAD">
      <w:pPr>
        <w:pStyle w:val="Title"/>
      </w:pPr>
      <w:bookmarkStart w:id="0" w:name="_Hlk210152454"/>
      <w:r>
        <w:rPr>
          <w:noProof/>
        </w:rPr>
        <w:drawing>
          <wp:anchor distT="0" distB="0" distL="114300" distR="114300" simplePos="0" relativeHeight="251658240" behindDoc="1" locked="0" layoutInCell="1" allowOverlap="1" wp14:anchorId="08378716" wp14:editId="0AA780B5">
            <wp:simplePos x="0" y="0"/>
            <wp:positionH relativeFrom="margin">
              <wp:posOffset>2295525</wp:posOffset>
            </wp:positionH>
            <wp:positionV relativeFrom="paragraph">
              <wp:posOffset>1</wp:posOffset>
            </wp:positionV>
            <wp:extent cx="1076325" cy="1305062"/>
            <wp:effectExtent l="0" t="0" r="0" b="9525"/>
            <wp:wrapNone/>
            <wp:docPr id="15610688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068800" name="Picture 156106880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80550" cy="1310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98ADFE" w14:textId="65191B18" w:rsidR="004E0CAD" w:rsidRDefault="004E0CAD">
      <w:pPr>
        <w:pStyle w:val="Title"/>
      </w:pPr>
    </w:p>
    <w:p w14:paraId="3CBDBD43" w14:textId="77777777" w:rsidR="004E0CAD" w:rsidRDefault="004E0CAD">
      <w:pPr>
        <w:pStyle w:val="Title"/>
      </w:pPr>
    </w:p>
    <w:p w14:paraId="46951A04" w14:textId="77777777" w:rsidR="004E0CAD" w:rsidRDefault="004E0CAD">
      <w:pPr>
        <w:pStyle w:val="Title"/>
      </w:pPr>
    </w:p>
    <w:p w14:paraId="6E6D4306" w14:textId="75CFF91F" w:rsidR="00241A56" w:rsidRDefault="00A04A55" w:rsidP="008C0180">
      <w:pPr>
        <w:pStyle w:val="Title"/>
      </w:pPr>
      <w:r>
        <w:t>FESTIVAL MENTALNOG ZDRAVLjA</w:t>
      </w:r>
    </w:p>
    <w:p w14:paraId="757ED384" w14:textId="34CDC190" w:rsidR="00CB2277" w:rsidRPr="00CB2277" w:rsidRDefault="007F39D4" w:rsidP="00CB2277">
      <w:pPr>
        <w:jc w:val="right"/>
        <w:rPr>
          <w:color w:val="0070C0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0" w14:r="0" w14:b="100000"/>
              </w14:path>
            </w14:gradFill>
          </w14:textFill>
        </w:rPr>
      </w:pPr>
      <w:r>
        <w:rPr>
          <w:color w:val="0070C0"/>
          <w14:textFill>
            <w14:solidFill>
              <w14:srgbClr w14:val="0070C0">
                <w14:shade w14:val="30000"/>
                <w14:satMod w14:val="115000"/>
              </w14:srgbClr>
            </w14:solidFill>
          </w14:textFill>
        </w:rPr>
        <w:t>Lokacija</w:t>
      </w:r>
      <w:r w:rsidR="00CB2277" w:rsidRPr="00CB2277">
        <w:rPr>
          <w:color w:val="0070C0"/>
          <w14:textFill>
            <w14:solidFill>
              <w14:srgbClr w14:val="0070C0">
                <w14:shade w14:val="30000"/>
                <w14:satMod w14:val="115000"/>
              </w14:srgbClr>
            </w14:solidFill>
          </w14:textFill>
        </w:rPr>
        <w:t>:</w:t>
      </w:r>
      <w:r w:rsidR="00CB2277">
        <w:rPr>
          <w:color w:val="0070C0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0" w14:r="0" w14:b="100000"/>
              </w14:path>
            </w14:gradFill>
          </w14:textFill>
        </w:rPr>
        <w:t xml:space="preserve"> </w:t>
      </w:r>
      <w:r w:rsidR="00CB2277" w:rsidRPr="00CB2277">
        <w:rPr>
          <w:color w:val="0070C0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path w14:path="circle">
                <w14:fillToRect w14:l="100000" w14:t="0" w14:r="0" w14:b="100000"/>
              </w14:path>
            </w14:gradFill>
          </w14:textFill>
        </w:rPr>
        <w:t>Jump Inn Hotel</w:t>
      </w:r>
    </w:p>
    <w:p w14:paraId="70B13549" w14:textId="42C3DC01" w:rsidR="00241A56" w:rsidRDefault="00000000">
      <w:pPr>
        <w:pStyle w:val="Heading1"/>
      </w:pPr>
      <w:r>
        <w:t>DAN 1 – 11.10.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241A56" w14:paraId="23B1B7F3" w14:textId="77777777">
        <w:tc>
          <w:tcPr>
            <w:tcW w:w="2880" w:type="dxa"/>
          </w:tcPr>
          <w:p w14:paraId="59563850" w14:textId="1260B466" w:rsidR="00241A56" w:rsidRPr="00A92260" w:rsidRDefault="00000000">
            <w:pPr>
              <w:rPr>
                <w:b/>
                <w:bCs/>
              </w:rPr>
            </w:pPr>
            <w:r w:rsidRPr="00A92260">
              <w:rPr>
                <w:b/>
                <w:bCs/>
              </w:rPr>
              <w:t>Vreme</w:t>
            </w:r>
          </w:p>
        </w:tc>
        <w:tc>
          <w:tcPr>
            <w:tcW w:w="2880" w:type="dxa"/>
          </w:tcPr>
          <w:p w14:paraId="5BBB4C92" w14:textId="77777777" w:rsidR="00241A56" w:rsidRPr="00A92260" w:rsidRDefault="00000000">
            <w:pPr>
              <w:rPr>
                <w:b/>
                <w:bCs/>
              </w:rPr>
            </w:pPr>
            <w:r w:rsidRPr="00A92260">
              <w:rPr>
                <w:b/>
                <w:bCs/>
              </w:rPr>
              <w:t>Sala A (Velika)</w:t>
            </w:r>
          </w:p>
        </w:tc>
        <w:tc>
          <w:tcPr>
            <w:tcW w:w="2880" w:type="dxa"/>
          </w:tcPr>
          <w:p w14:paraId="3B757261" w14:textId="77777777" w:rsidR="00241A56" w:rsidRPr="00A92260" w:rsidRDefault="00000000">
            <w:pPr>
              <w:rPr>
                <w:b/>
                <w:bCs/>
              </w:rPr>
            </w:pPr>
            <w:r w:rsidRPr="00A92260">
              <w:rPr>
                <w:b/>
                <w:bCs/>
              </w:rPr>
              <w:t>Sala B (Manja)</w:t>
            </w:r>
          </w:p>
        </w:tc>
      </w:tr>
      <w:tr w:rsidR="004B6423" w14:paraId="059D39DF" w14:textId="77777777">
        <w:tc>
          <w:tcPr>
            <w:tcW w:w="2880" w:type="dxa"/>
          </w:tcPr>
          <w:p w14:paraId="221C5556" w14:textId="2FB9B800" w:rsidR="004B6423" w:rsidRPr="004B6423" w:rsidRDefault="004B6423">
            <w:r w:rsidRPr="004B6423">
              <w:t>14:</w:t>
            </w:r>
            <w:r>
              <w:t>00</w:t>
            </w:r>
            <w:r w:rsidRPr="004B6423">
              <w:t xml:space="preserve"> – 14:45</w:t>
            </w:r>
          </w:p>
        </w:tc>
        <w:tc>
          <w:tcPr>
            <w:tcW w:w="2880" w:type="dxa"/>
          </w:tcPr>
          <w:p w14:paraId="34028A01" w14:textId="78D0C7B8" w:rsidR="004B6423" w:rsidRPr="004B6423" w:rsidRDefault="004B6423">
            <w:r w:rsidRPr="004B6423">
              <w:t>Registracija i dobrodošlica</w:t>
            </w:r>
          </w:p>
        </w:tc>
        <w:tc>
          <w:tcPr>
            <w:tcW w:w="2880" w:type="dxa"/>
          </w:tcPr>
          <w:p w14:paraId="60750DBF" w14:textId="77777777" w:rsidR="004B6423" w:rsidRPr="00A92260" w:rsidRDefault="004B6423">
            <w:pPr>
              <w:rPr>
                <w:b/>
                <w:bCs/>
              </w:rPr>
            </w:pPr>
          </w:p>
        </w:tc>
      </w:tr>
      <w:tr w:rsidR="00241A56" w14:paraId="2EB2D53F" w14:textId="77777777">
        <w:tc>
          <w:tcPr>
            <w:tcW w:w="2880" w:type="dxa"/>
          </w:tcPr>
          <w:p w14:paraId="1DB71297" w14:textId="623E0C29" w:rsidR="00241A56" w:rsidRDefault="00000000">
            <w:r>
              <w:t>1</w:t>
            </w:r>
            <w:r w:rsidR="000D1316">
              <w:t>4</w:t>
            </w:r>
            <w:r>
              <w:t>:</w:t>
            </w:r>
            <w:r w:rsidR="000D1316">
              <w:t>45</w:t>
            </w:r>
            <w:r>
              <w:t xml:space="preserve"> – 1</w:t>
            </w:r>
            <w:r w:rsidR="000D1316">
              <w:t>6</w:t>
            </w:r>
            <w:r>
              <w:t>:</w:t>
            </w:r>
            <w:r w:rsidR="004B6423">
              <w:t>0</w:t>
            </w:r>
            <w:r w:rsidR="000D1316">
              <w:t>5</w:t>
            </w:r>
          </w:p>
        </w:tc>
        <w:tc>
          <w:tcPr>
            <w:tcW w:w="2880" w:type="dxa"/>
          </w:tcPr>
          <w:p w14:paraId="020A7FC5" w14:textId="3A39D32D" w:rsidR="00241A56" w:rsidRDefault="003823B2" w:rsidP="00A92260">
            <w:pPr>
              <w:spacing w:after="0"/>
            </w:pPr>
            <w:r w:rsidRPr="003823B2">
              <w:t>Kako ostati svoj u digitalnom dijalogu? Mi i AI, granice i mogu</w:t>
            </w:r>
            <w:r w:rsidR="00A92260">
              <w:t>ć</w:t>
            </w:r>
            <w:r w:rsidRPr="003823B2">
              <w:t>nosti</w:t>
            </w:r>
          </w:p>
          <w:p w14:paraId="71D12180" w14:textId="60AA0370" w:rsidR="004B6423" w:rsidRDefault="004B6423" w:rsidP="00A92260">
            <w:pPr>
              <w:spacing w:after="0"/>
            </w:pPr>
          </w:p>
          <w:p w14:paraId="1350EFB8" w14:textId="61D0C43D" w:rsidR="003823B2" w:rsidRPr="003823B2" w:rsidRDefault="003823B2" w:rsidP="00A92260">
            <w:pPr>
              <w:spacing w:after="0"/>
              <w:rPr>
                <w:i/>
                <w:iCs/>
              </w:rPr>
            </w:pPr>
            <w:r w:rsidRPr="003823B2">
              <w:rPr>
                <w:i/>
                <w:iCs/>
              </w:rPr>
              <w:t>Milica Ilić</w:t>
            </w:r>
            <w:r w:rsidR="000D1316">
              <w:rPr>
                <w:i/>
                <w:iCs/>
              </w:rPr>
              <w:t xml:space="preserve"> Bošković</w:t>
            </w:r>
            <w:r w:rsidRPr="003823B2">
              <w:rPr>
                <w:i/>
                <w:iCs/>
              </w:rPr>
              <w:t>, CTA</w:t>
            </w:r>
          </w:p>
        </w:tc>
        <w:tc>
          <w:tcPr>
            <w:tcW w:w="2880" w:type="dxa"/>
          </w:tcPr>
          <w:p w14:paraId="1FA091E2" w14:textId="5E43B981" w:rsidR="00C06A0D" w:rsidRDefault="00A92260" w:rsidP="00A92260">
            <w:pPr>
              <w:spacing w:after="0"/>
            </w:pPr>
            <w:r w:rsidRPr="00A92260">
              <w:t xml:space="preserve">Uzajamna sprega reproduktivnog i mentalnog zdravlja </w:t>
            </w:r>
            <w:r>
              <w:t>ž</w:t>
            </w:r>
            <w:r w:rsidRPr="00A92260">
              <w:t>ena</w:t>
            </w:r>
          </w:p>
          <w:p w14:paraId="52EB46CC" w14:textId="77777777" w:rsidR="004B6423" w:rsidRDefault="004B6423" w:rsidP="00A92260">
            <w:pPr>
              <w:spacing w:after="0"/>
            </w:pPr>
          </w:p>
          <w:p w14:paraId="606DBCC1" w14:textId="77777777" w:rsidR="00241A56" w:rsidRDefault="000D1316" w:rsidP="00A92260">
            <w:pPr>
              <w:spacing w:after="0"/>
              <w:rPr>
                <w:i/>
                <w:iCs/>
              </w:rPr>
            </w:pPr>
            <w:r w:rsidRPr="00676CCB">
              <w:rPr>
                <w:i/>
                <w:iCs/>
              </w:rPr>
              <w:t xml:space="preserve">Spec dr med. </w:t>
            </w:r>
            <w:r w:rsidR="00C06A0D" w:rsidRPr="00A92260">
              <w:rPr>
                <w:i/>
                <w:iCs/>
              </w:rPr>
              <w:t>Dejan</w:t>
            </w:r>
            <w:r>
              <w:rPr>
                <w:i/>
                <w:iCs/>
              </w:rPr>
              <w:t xml:space="preserve"> </w:t>
            </w:r>
            <w:r w:rsidR="00C06A0D" w:rsidRPr="00A92260">
              <w:rPr>
                <w:i/>
                <w:iCs/>
              </w:rPr>
              <w:t>Mihajlović</w:t>
            </w:r>
          </w:p>
          <w:p w14:paraId="2309168D" w14:textId="0475043B" w:rsidR="004B6423" w:rsidRPr="00A92260" w:rsidRDefault="004B6423" w:rsidP="00A92260">
            <w:pPr>
              <w:spacing w:after="0"/>
              <w:rPr>
                <w:i/>
                <w:iCs/>
              </w:rPr>
            </w:pPr>
          </w:p>
        </w:tc>
      </w:tr>
      <w:tr w:rsidR="003823B2" w14:paraId="73262FF9" w14:textId="77777777">
        <w:tc>
          <w:tcPr>
            <w:tcW w:w="2880" w:type="dxa"/>
          </w:tcPr>
          <w:p w14:paraId="1B28C52E" w14:textId="37DDBAEA" w:rsidR="00A92260" w:rsidRDefault="004E5B73">
            <w:r>
              <w:t>16:</w:t>
            </w:r>
            <w:r w:rsidR="004B6423">
              <w:t>0</w:t>
            </w:r>
            <w:r>
              <w:t>5 – 1</w:t>
            </w:r>
            <w:r w:rsidR="004B6423">
              <w:t>7</w:t>
            </w:r>
            <w:r>
              <w:t>:</w:t>
            </w:r>
            <w:r w:rsidR="004B6423">
              <w:t>2</w:t>
            </w:r>
            <w:r>
              <w:t>5</w:t>
            </w:r>
          </w:p>
          <w:p w14:paraId="68A8075B" w14:textId="77777777" w:rsidR="004B6423" w:rsidRDefault="004B6423"/>
          <w:p w14:paraId="4BC2C422" w14:textId="1B6EB7F3" w:rsidR="003823B2" w:rsidRDefault="00A04A55">
            <w:r>
              <w:t xml:space="preserve">                              </w:t>
            </w:r>
          </w:p>
        </w:tc>
        <w:tc>
          <w:tcPr>
            <w:tcW w:w="2880" w:type="dxa"/>
          </w:tcPr>
          <w:p w14:paraId="36C4D017" w14:textId="7265C795" w:rsidR="004B6423" w:rsidRDefault="004B6423" w:rsidP="004B6423">
            <w:pPr>
              <w:spacing w:after="0"/>
            </w:pPr>
            <w:r>
              <w:t>Naše društveno-političko zamešateljstvo - kako TA može pomoći</w:t>
            </w:r>
          </w:p>
          <w:p w14:paraId="1CBB3B78" w14:textId="77777777" w:rsidR="004B6423" w:rsidRDefault="004B6423" w:rsidP="004B6423">
            <w:pPr>
              <w:spacing w:after="0"/>
            </w:pPr>
          </w:p>
          <w:p w14:paraId="61AC89DA" w14:textId="77777777" w:rsidR="004B6423" w:rsidRPr="004B6423" w:rsidRDefault="004B6423" w:rsidP="004B6423">
            <w:pPr>
              <w:spacing w:after="0"/>
              <w:rPr>
                <w:i/>
                <w:iCs/>
              </w:rPr>
            </w:pPr>
            <w:r w:rsidRPr="004B6423">
              <w:rPr>
                <w:i/>
                <w:iCs/>
              </w:rPr>
              <w:t xml:space="preserve">dr Ivan Anđelković </w:t>
            </w:r>
          </w:p>
          <w:p w14:paraId="09EB1BA1" w14:textId="71C963C0" w:rsidR="00A92260" w:rsidRPr="00A04A55" w:rsidRDefault="00A92260" w:rsidP="004E5B73">
            <w:pPr>
              <w:spacing w:after="0"/>
            </w:pPr>
          </w:p>
        </w:tc>
        <w:tc>
          <w:tcPr>
            <w:tcW w:w="2880" w:type="dxa"/>
          </w:tcPr>
          <w:p w14:paraId="565818CC" w14:textId="77777777" w:rsidR="004E5B73" w:rsidRDefault="004E5B73" w:rsidP="004E5B73">
            <w:pPr>
              <w:spacing w:after="0"/>
            </w:pPr>
            <w:r w:rsidRPr="004B6423">
              <w:t>Moć narativa u terapijskom procesu</w:t>
            </w:r>
          </w:p>
          <w:p w14:paraId="550104B5" w14:textId="793FBB35" w:rsidR="004B6423" w:rsidRPr="004B6423" w:rsidRDefault="004B6423" w:rsidP="004E5B73">
            <w:pPr>
              <w:spacing w:after="0"/>
            </w:pPr>
          </w:p>
          <w:p w14:paraId="1B8FB52D" w14:textId="0CBC3F00" w:rsidR="00A92260" w:rsidRPr="00A92260" w:rsidRDefault="004E5B73" w:rsidP="004E5B73">
            <w:pPr>
              <w:spacing w:after="0"/>
              <w:rPr>
                <w:i/>
                <w:iCs/>
              </w:rPr>
            </w:pPr>
            <w:r w:rsidRPr="004E5B73">
              <w:rPr>
                <w:i/>
                <w:iCs/>
              </w:rPr>
              <w:t>Uroš Mitić</w:t>
            </w:r>
          </w:p>
        </w:tc>
      </w:tr>
      <w:tr w:rsidR="00A04A55" w14:paraId="67F31D9A" w14:textId="77777777">
        <w:tc>
          <w:tcPr>
            <w:tcW w:w="2880" w:type="dxa"/>
          </w:tcPr>
          <w:p w14:paraId="43D9522F" w14:textId="784DB4C5" w:rsidR="00A04A55" w:rsidRDefault="00A04A55">
            <w:r>
              <w:t>17:25 – 17:40</w:t>
            </w:r>
          </w:p>
        </w:tc>
        <w:tc>
          <w:tcPr>
            <w:tcW w:w="2880" w:type="dxa"/>
          </w:tcPr>
          <w:p w14:paraId="0332B3B6" w14:textId="6D276586" w:rsidR="00A04A55" w:rsidRDefault="00A04A55" w:rsidP="004B6423">
            <w:pPr>
              <w:spacing w:after="0"/>
            </w:pPr>
            <w:r>
              <w:t>Kafe pauza</w:t>
            </w:r>
          </w:p>
        </w:tc>
        <w:tc>
          <w:tcPr>
            <w:tcW w:w="2880" w:type="dxa"/>
          </w:tcPr>
          <w:p w14:paraId="4B251067" w14:textId="235FCF1D" w:rsidR="00A04A55" w:rsidRPr="004B6423" w:rsidRDefault="00A04A55" w:rsidP="004E5B73">
            <w:pPr>
              <w:spacing w:after="0"/>
            </w:pPr>
          </w:p>
        </w:tc>
      </w:tr>
      <w:tr w:rsidR="00241A56" w14:paraId="0C54F262" w14:textId="77777777">
        <w:tc>
          <w:tcPr>
            <w:tcW w:w="2880" w:type="dxa"/>
          </w:tcPr>
          <w:p w14:paraId="3C29CEFE" w14:textId="0A6E384E" w:rsidR="00241A56" w:rsidRDefault="00000000">
            <w:r>
              <w:t>1</w:t>
            </w:r>
            <w:r w:rsidR="00A04A55">
              <w:t>7</w:t>
            </w:r>
            <w:r>
              <w:t>:</w:t>
            </w:r>
            <w:r w:rsidR="00DB3B4D">
              <w:t>4</w:t>
            </w:r>
            <w:r w:rsidR="00A04A55">
              <w:t>0</w:t>
            </w:r>
            <w:r>
              <w:t xml:space="preserve"> – 19:0</w:t>
            </w:r>
            <w:r w:rsidR="004B6423">
              <w:t>0</w:t>
            </w:r>
          </w:p>
          <w:p w14:paraId="58C1985C" w14:textId="77777777" w:rsidR="00A92260" w:rsidRDefault="00A92260" w:rsidP="00A92260"/>
          <w:p w14:paraId="494FAF67" w14:textId="77777777" w:rsidR="00A92260" w:rsidRDefault="00A92260" w:rsidP="00A92260"/>
          <w:p w14:paraId="1DABAA4E" w14:textId="02A9220A" w:rsidR="00A92260" w:rsidRPr="00A92260" w:rsidRDefault="00A92260" w:rsidP="00A92260"/>
        </w:tc>
        <w:tc>
          <w:tcPr>
            <w:tcW w:w="2880" w:type="dxa"/>
          </w:tcPr>
          <w:p w14:paraId="453B2D10" w14:textId="6B0FA90E" w:rsidR="004B6423" w:rsidRDefault="004B6423" w:rsidP="004B6423">
            <w:pPr>
              <w:spacing w:after="0"/>
            </w:pPr>
            <w:r>
              <w:t>OK–OK board game</w:t>
            </w:r>
          </w:p>
          <w:p w14:paraId="2AA1CE8A" w14:textId="77777777" w:rsidR="004B6423" w:rsidRDefault="004B6423" w:rsidP="004B6423">
            <w:pPr>
              <w:spacing w:after="0"/>
            </w:pPr>
          </w:p>
          <w:p w14:paraId="2AE7369B" w14:textId="0A3C9E33" w:rsidR="00A92260" w:rsidRPr="004B6423" w:rsidRDefault="004B6423" w:rsidP="004B6423">
            <w:pPr>
              <w:spacing w:after="0"/>
              <w:rPr>
                <w:i/>
                <w:iCs/>
              </w:rPr>
            </w:pPr>
            <w:r w:rsidRPr="004B6423">
              <w:rPr>
                <w:i/>
                <w:iCs/>
              </w:rPr>
              <w:t>Martina Kvarantan Šmitran, CTA</w:t>
            </w:r>
          </w:p>
          <w:p w14:paraId="5DB132B3" w14:textId="16B0408D" w:rsidR="00241A56" w:rsidRDefault="00241A56" w:rsidP="00A92260">
            <w:pPr>
              <w:spacing w:line="600" w:lineRule="auto"/>
            </w:pPr>
          </w:p>
        </w:tc>
        <w:tc>
          <w:tcPr>
            <w:tcW w:w="2880" w:type="dxa"/>
          </w:tcPr>
          <w:p w14:paraId="71F2D7FD" w14:textId="4CBF7D64" w:rsidR="00241A56" w:rsidRDefault="00241A56"/>
        </w:tc>
      </w:tr>
    </w:tbl>
    <w:p w14:paraId="31E35B9D" w14:textId="4198DABB" w:rsidR="00241A56" w:rsidRDefault="00241A56"/>
    <w:p w14:paraId="45E511DA" w14:textId="77777777" w:rsidR="00DB3B4D" w:rsidRDefault="00DB3B4D"/>
    <w:p w14:paraId="7A3E70D8" w14:textId="0FCC556F" w:rsidR="00241A56" w:rsidRDefault="00000000">
      <w:pPr>
        <w:pStyle w:val="Heading1"/>
      </w:pPr>
      <w:r>
        <w:lastRenderedPageBreak/>
        <w:t>DAN 2 – 12.10.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241A56" w14:paraId="3CC21E43" w14:textId="77777777">
        <w:tc>
          <w:tcPr>
            <w:tcW w:w="2880" w:type="dxa"/>
          </w:tcPr>
          <w:p w14:paraId="487C145E" w14:textId="77777777" w:rsidR="00241A56" w:rsidRPr="000D1316" w:rsidRDefault="00000000">
            <w:pPr>
              <w:rPr>
                <w:b/>
                <w:bCs/>
              </w:rPr>
            </w:pPr>
            <w:r w:rsidRPr="000D1316">
              <w:rPr>
                <w:b/>
                <w:bCs/>
              </w:rPr>
              <w:t>Vreme</w:t>
            </w:r>
          </w:p>
        </w:tc>
        <w:tc>
          <w:tcPr>
            <w:tcW w:w="2880" w:type="dxa"/>
          </w:tcPr>
          <w:p w14:paraId="5B262467" w14:textId="77777777" w:rsidR="00241A56" w:rsidRPr="000D1316" w:rsidRDefault="00000000">
            <w:pPr>
              <w:rPr>
                <w:b/>
                <w:bCs/>
              </w:rPr>
            </w:pPr>
            <w:r w:rsidRPr="000D1316">
              <w:rPr>
                <w:b/>
                <w:bCs/>
              </w:rPr>
              <w:t>Sala A (Velika)</w:t>
            </w:r>
          </w:p>
        </w:tc>
        <w:tc>
          <w:tcPr>
            <w:tcW w:w="2880" w:type="dxa"/>
          </w:tcPr>
          <w:p w14:paraId="614F5D7B" w14:textId="77777777" w:rsidR="00241A56" w:rsidRPr="000D1316" w:rsidRDefault="00000000">
            <w:pPr>
              <w:rPr>
                <w:b/>
                <w:bCs/>
              </w:rPr>
            </w:pPr>
            <w:r w:rsidRPr="000D1316">
              <w:rPr>
                <w:b/>
                <w:bCs/>
              </w:rPr>
              <w:t>Sala B (Manja)</w:t>
            </w:r>
          </w:p>
        </w:tc>
      </w:tr>
      <w:tr w:rsidR="00241A56" w14:paraId="3A636BB2" w14:textId="77777777">
        <w:tc>
          <w:tcPr>
            <w:tcW w:w="2880" w:type="dxa"/>
          </w:tcPr>
          <w:p w14:paraId="7E0FBD5D" w14:textId="338C3786" w:rsidR="00241A56" w:rsidRDefault="00000000">
            <w:r>
              <w:t>10:00 – 1</w:t>
            </w:r>
            <w:r w:rsidR="0086026A">
              <w:t>1</w:t>
            </w:r>
            <w:r>
              <w:t>:</w:t>
            </w:r>
            <w:r w:rsidR="0086026A">
              <w:t>2</w:t>
            </w:r>
            <w:r>
              <w:t>0</w:t>
            </w:r>
          </w:p>
        </w:tc>
        <w:tc>
          <w:tcPr>
            <w:tcW w:w="2880" w:type="dxa"/>
          </w:tcPr>
          <w:p w14:paraId="3CE08E7F" w14:textId="262248DB" w:rsidR="00D33457" w:rsidRDefault="00D33457"/>
        </w:tc>
        <w:tc>
          <w:tcPr>
            <w:tcW w:w="2880" w:type="dxa"/>
          </w:tcPr>
          <w:p w14:paraId="2C769DF1" w14:textId="5B35B50E" w:rsidR="0086026A" w:rsidRDefault="0086026A" w:rsidP="0086026A">
            <w:r>
              <w:t>Eksploracija skripta i intrapsihičke dinamike kroz Disneyevu strategiju</w:t>
            </w:r>
          </w:p>
          <w:p w14:paraId="78CEC051" w14:textId="77777777" w:rsidR="00241A56" w:rsidRDefault="0086026A" w:rsidP="0086026A">
            <w:pPr>
              <w:rPr>
                <w:i/>
                <w:iCs/>
              </w:rPr>
            </w:pPr>
            <w:r w:rsidRPr="0086026A">
              <w:rPr>
                <w:i/>
                <w:iCs/>
              </w:rPr>
              <w:t>Ana-Marija Lušičić, CTA</w:t>
            </w:r>
          </w:p>
          <w:p w14:paraId="0DC785C4" w14:textId="5D95E9C3" w:rsidR="0086026A" w:rsidRPr="0086026A" w:rsidRDefault="0086026A" w:rsidP="0086026A">
            <w:pPr>
              <w:rPr>
                <w:i/>
                <w:iCs/>
              </w:rPr>
            </w:pPr>
          </w:p>
        </w:tc>
      </w:tr>
      <w:tr w:rsidR="0086026A" w14:paraId="55090716" w14:textId="77777777">
        <w:tc>
          <w:tcPr>
            <w:tcW w:w="2880" w:type="dxa"/>
          </w:tcPr>
          <w:p w14:paraId="75E68BD5" w14:textId="43EFD834" w:rsidR="0086026A" w:rsidRDefault="0086026A">
            <w:r>
              <w:t>11:20 – 12:40</w:t>
            </w:r>
          </w:p>
        </w:tc>
        <w:tc>
          <w:tcPr>
            <w:tcW w:w="2880" w:type="dxa"/>
          </w:tcPr>
          <w:p w14:paraId="288F6783" w14:textId="77777777" w:rsidR="0086026A" w:rsidRDefault="0086026A"/>
        </w:tc>
        <w:tc>
          <w:tcPr>
            <w:tcW w:w="2880" w:type="dxa"/>
          </w:tcPr>
          <w:p w14:paraId="3C2201D9" w14:textId="75910D2A" w:rsidR="0086026A" w:rsidRDefault="0086026A" w:rsidP="0086026A">
            <w:r w:rsidRPr="00C60264">
              <w:t>Integrativna i relacijska TA u superviziji. Prikaz slučaja</w:t>
            </w:r>
          </w:p>
          <w:p w14:paraId="7FADB380" w14:textId="77777777" w:rsidR="0086026A" w:rsidRPr="006B6325" w:rsidRDefault="0086026A" w:rsidP="0086026A">
            <w:pPr>
              <w:rPr>
                <w:i/>
                <w:iCs/>
              </w:rPr>
            </w:pPr>
            <w:r w:rsidRPr="006B6325">
              <w:rPr>
                <w:i/>
                <w:iCs/>
              </w:rPr>
              <w:t>Mr.sc. Elma Omersoftić, CTA</w:t>
            </w:r>
          </w:p>
          <w:p w14:paraId="2082CD41" w14:textId="77777777" w:rsidR="0086026A" w:rsidRDefault="0086026A" w:rsidP="0086026A"/>
        </w:tc>
      </w:tr>
      <w:tr w:rsidR="006B6325" w14:paraId="74203C99" w14:textId="77777777">
        <w:tc>
          <w:tcPr>
            <w:tcW w:w="2880" w:type="dxa"/>
          </w:tcPr>
          <w:p w14:paraId="59EAC5EC" w14:textId="358B3FAA" w:rsidR="006B6325" w:rsidRDefault="006B6325">
            <w:r>
              <w:t>12:40 – 14:00</w:t>
            </w:r>
          </w:p>
        </w:tc>
        <w:tc>
          <w:tcPr>
            <w:tcW w:w="2880" w:type="dxa"/>
          </w:tcPr>
          <w:p w14:paraId="1EB7DEFB" w14:textId="77777777" w:rsidR="006B6325" w:rsidRDefault="006B6325"/>
        </w:tc>
        <w:tc>
          <w:tcPr>
            <w:tcW w:w="2880" w:type="dxa"/>
          </w:tcPr>
          <w:p w14:paraId="307FE134" w14:textId="6478AC74" w:rsidR="006B6325" w:rsidRPr="00676CCB" w:rsidRDefault="006B6325" w:rsidP="006B6325">
            <w:pPr>
              <w:rPr>
                <w:color w:val="EE0000"/>
              </w:rPr>
            </w:pPr>
            <w:r>
              <w:t xml:space="preserve">Urgentna psihološka stanja </w:t>
            </w:r>
          </w:p>
          <w:p w14:paraId="0EF1FA69" w14:textId="34EF488E" w:rsidR="006B6325" w:rsidRPr="00C60264" w:rsidRDefault="006B6325" w:rsidP="006B6325">
            <w:r w:rsidRPr="00676CCB">
              <w:rPr>
                <w:i/>
                <w:iCs/>
              </w:rPr>
              <w:t>Spec dr med. Jovana Nešić</w:t>
            </w:r>
          </w:p>
        </w:tc>
      </w:tr>
      <w:tr w:rsidR="00241A56" w14:paraId="7D0301EC" w14:textId="77777777">
        <w:tc>
          <w:tcPr>
            <w:tcW w:w="2880" w:type="dxa"/>
          </w:tcPr>
          <w:p w14:paraId="79ADC781" w14:textId="37CEFBC4" w:rsidR="00241A56" w:rsidRDefault="00000000">
            <w:r>
              <w:t>14:00 – 1</w:t>
            </w:r>
            <w:r w:rsidR="006B6325">
              <w:t>4</w:t>
            </w:r>
            <w:r>
              <w:t>:</w:t>
            </w:r>
            <w:r w:rsidR="006B6325">
              <w:t>45</w:t>
            </w:r>
          </w:p>
        </w:tc>
        <w:tc>
          <w:tcPr>
            <w:tcW w:w="2880" w:type="dxa"/>
          </w:tcPr>
          <w:p w14:paraId="1ACB8AF0" w14:textId="77777777" w:rsidR="00241A56" w:rsidRDefault="00000000" w:rsidP="006B6325">
            <w:pPr>
              <w:jc w:val="both"/>
            </w:pPr>
            <w:r>
              <w:t>PAUZA ZA RUČAK</w:t>
            </w:r>
          </w:p>
        </w:tc>
        <w:tc>
          <w:tcPr>
            <w:tcW w:w="2880" w:type="dxa"/>
          </w:tcPr>
          <w:p w14:paraId="0D9DE265" w14:textId="4FCFE36E" w:rsidR="00241A56" w:rsidRDefault="00241A56"/>
        </w:tc>
      </w:tr>
      <w:tr w:rsidR="00241A56" w14:paraId="126C5B05" w14:textId="77777777">
        <w:tc>
          <w:tcPr>
            <w:tcW w:w="2880" w:type="dxa"/>
          </w:tcPr>
          <w:p w14:paraId="776DB4A4" w14:textId="70E8A663" w:rsidR="00241A56" w:rsidRDefault="00000000">
            <w:r>
              <w:t>1</w:t>
            </w:r>
            <w:r w:rsidR="006B6325">
              <w:t>4</w:t>
            </w:r>
            <w:r>
              <w:t>:</w:t>
            </w:r>
            <w:r w:rsidR="006B6325">
              <w:t>45</w:t>
            </w:r>
            <w:r>
              <w:t xml:space="preserve"> – 16:</w:t>
            </w:r>
            <w:r w:rsidR="00003890">
              <w:t>0</w:t>
            </w:r>
            <w:r w:rsidR="006B6325">
              <w:t>5</w:t>
            </w:r>
          </w:p>
        </w:tc>
        <w:tc>
          <w:tcPr>
            <w:tcW w:w="2880" w:type="dxa"/>
          </w:tcPr>
          <w:p w14:paraId="2F099E78" w14:textId="77777777" w:rsidR="00D33457" w:rsidRDefault="00D33457">
            <w:r>
              <w:t>“</w:t>
            </w:r>
            <w:r w:rsidRPr="005276D0">
              <w:t>Kako izlečiti familiju Prokletić kroz transakcionu analizu?</w:t>
            </w:r>
            <w:r>
              <w:t>”</w:t>
            </w:r>
          </w:p>
          <w:p w14:paraId="46B7E5CC" w14:textId="48F96C62" w:rsidR="00241A56" w:rsidRPr="00D33457" w:rsidRDefault="00D33457">
            <w:pPr>
              <w:rPr>
                <w:i/>
                <w:iCs/>
              </w:rPr>
            </w:pPr>
            <w:r w:rsidRPr="00D33457">
              <w:rPr>
                <w:i/>
                <w:iCs/>
              </w:rPr>
              <w:t>Prof. dr Kristina Brajović Car i prof. dr Aleksandra Đurić (TSTA/PTSTA)</w:t>
            </w:r>
            <w:r w:rsidRPr="00D33457">
              <w:rPr>
                <w:i/>
                <w:iCs/>
              </w:rPr>
              <w:br/>
            </w:r>
          </w:p>
        </w:tc>
        <w:tc>
          <w:tcPr>
            <w:tcW w:w="2880" w:type="dxa"/>
          </w:tcPr>
          <w:p w14:paraId="17F7A472" w14:textId="3D32902F" w:rsidR="00AC4A64" w:rsidRPr="00676CCB" w:rsidRDefault="00AC4A64">
            <w:pPr>
              <w:rPr>
                <w:i/>
                <w:iCs/>
              </w:rPr>
            </w:pPr>
          </w:p>
        </w:tc>
      </w:tr>
      <w:tr w:rsidR="00241A56" w14:paraId="0CF6D89E" w14:textId="77777777">
        <w:tc>
          <w:tcPr>
            <w:tcW w:w="2880" w:type="dxa"/>
          </w:tcPr>
          <w:p w14:paraId="61EC8BBB" w14:textId="282FBE3B" w:rsidR="00241A56" w:rsidRDefault="00000000">
            <w:r>
              <w:t>16:</w:t>
            </w:r>
            <w:r w:rsidR="00003890">
              <w:t>0</w:t>
            </w:r>
            <w:r w:rsidR="006B6325">
              <w:t>5</w:t>
            </w:r>
            <w:r>
              <w:t xml:space="preserve"> – 1</w:t>
            </w:r>
            <w:r w:rsidR="006B6325">
              <w:t>7</w:t>
            </w:r>
            <w:r>
              <w:t>:</w:t>
            </w:r>
            <w:r w:rsidR="00003890">
              <w:t>2</w:t>
            </w:r>
            <w:r w:rsidR="006B6325">
              <w:t>5</w:t>
            </w:r>
          </w:p>
        </w:tc>
        <w:tc>
          <w:tcPr>
            <w:tcW w:w="2880" w:type="dxa"/>
          </w:tcPr>
          <w:p w14:paraId="38482144" w14:textId="77777777" w:rsidR="006B6325" w:rsidRDefault="006B6325" w:rsidP="006B6325">
            <w:r>
              <w:t>"Intimnost i snaga sigurnog prostora"</w:t>
            </w:r>
          </w:p>
          <w:p w14:paraId="4AB9789F" w14:textId="4230EEBE" w:rsidR="00241A56" w:rsidRDefault="006B6325" w:rsidP="006B6325">
            <w:r>
              <w:t>Saša Simić i Anđela Rajić</w:t>
            </w:r>
          </w:p>
        </w:tc>
        <w:tc>
          <w:tcPr>
            <w:tcW w:w="2880" w:type="dxa"/>
          </w:tcPr>
          <w:p w14:paraId="3F4E1231" w14:textId="77777777" w:rsidR="00241A56" w:rsidRDefault="00807E68">
            <w:r>
              <w:t>“Performans transformacije”</w:t>
            </w:r>
          </w:p>
          <w:p w14:paraId="485556FC" w14:textId="3306BC04" w:rsidR="00807E68" w:rsidRPr="00807E68" w:rsidRDefault="00807E68">
            <w:pPr>
              <w:rPr>
                <w:i/>
                <w:iCs/>
              </w:rPr>
            </w:pPr>
            <w:r w:rsidRPr="00807E68">
              <w:rPr>
                <w:i/>
                <w:iCs/>
              </w:rPr>
              <w:t>Lea Savin</w:t>
            </w:r>
          </w:p>
        </w:tc>
      </w:tr>
      <w:tr w:rsidR="00241A56" w14:paraId="78C31EF1" w14:textId="77777777">
        <w:tc>
          <w:tcPr>
            <w:tcW w:w="2880" w:type="dxa"/>
          </w:tcPr>
          <w:p w14:paraId="74E0DB6B" w14:textId="2645CFAB" w:rsidR="00241A56" w:rsidRDefault="00000000">
            <w:r>
              <w:t>1</w:t>
            </w:r>
            <w:r w:rsidR="00003890">
              <w:t>7</w:t>
            </w:r>
            <w:r>
              <w:t>:</w:t>
            </w:r>
            <w:r w:rsidR="000B2049">
              <w:t>2</w:t>
            </w:r>
            <w:r w:rsidR="00003890">
              <w:t>5</w:t>
            </w:r>
            <w:r>
              <w:t xml:space="preserve"> – 1</w:t>
            </w:r>
            <w:r w:rsidR="00003890">
              <w:t>8</w:t>
            </w:r>
            <w:r>
              <w:t>:</w:t>
            </w:r>
            <w:r w:rsidR="000B2049">
              <w:t>3</w:t>
            </w:r>
            <w:r>
              <w:t>0</w:t>
            </w:r>
          </w:p>
        </w:tc>
        <w:tc>
          <w:tcPr>
            <w:tcW w:w="2880" w:type="dxa"/>
          </w:tcPr>
          <w:p w14:paraId="72BAFB0E" w14:textId="728B633D" w:rsidR="0098456B" w:rsidRDefault="00003890" w:rsidP="0098456B">
            <w:r>
              <w:t>“Nesavršena seansa”</w:t>
            </w:r>
          </w:p>
          <w:p w14:paraId="765AF3DB" w14:textId="41EAEE05" w:rsidR="00003890" w:rsidRPr="00003890" w:rsidRDefault="00003890" w:rsidP="0098456B">
            <w:pPr>
              <w:rPr>
                <w:i/>
                <w:iCs/>
              </w:rPr>
            </w:pPr>
            <w:r w:rsidRPr="00003890">
              <w:rPr>
                <w:i/>
                <w:iCs/>
              </w:rPr>
              <w:t>Prof. dr. Kristina Brajović Car i Milan Marić</w:t>
            </w:r>
          </w:p>
          <w:p w14:paraId="714E96A6" w14:textId="14DF4434" w:rsidR="00241A56" w:rsidRDefault="00241A56"/>
        </w:tc>
        <w:tc>
          <w:tcPr>
            <w:tcW w:w="2880" w:type="dxa"/>
          </w:tcPr>
          <w:p w14:paraId="6EF64507" w14:textId="6CBA1B6B" w:rsidR="00676CCB" w:rsidRPr="00676CCB" w:rsidRDefault="00676CCB">
            <w:pPr>
              <w:rPr>
                <w:i/>
                <w:iCs/>
              </w:rPr>
            </w:pPr>
          </w:p>
        </w:tc>
      </w:tr>
      <w:tr w:rsidR="00241A56" w14:paraId="139A8081" w14:textId="77777777">
        <w:tc>
          <w:tcPr>
            <w:tcW w:w="2880" w:type="dxa"/>
          </w:tcPr>
          <w:p w14:paraId="7086F810" w14:textId="15DC4AC9" w:rsidR="00241A56" w:rsidRDefault="00000000">
            <w:r>
              <w:t>1</w:t>
            </w:r>
            <w:r w:rsidR="00003890">
              <w:t>8</w:t>
            </w:r>
            <w:r>
              <w:t>:</w:t>
            </w:r>
            <w:r w:rsidR="000B2049">
              <w:t>3</w:t>
            </w:r>
            <w:r>
              <w:t xml:space="preserve">0 – </w:t>
            </w:r>
            <w:r w:rsidR="00003890">
              <w:t>19</w:t>
            </w:r>
            <w:r>
              <w:t>:</w:t>
            </w:r>
            <w:r w:rsidR="000B2049">
              <w:t>0</w:t>
            </w:r>
            <w:r w:rsidR="002572F2">
              <w:t>0</w:t>
            </w:r>
          </w:p>
        </w:tc>
        <w:tc>
          <w:tcPr>
            <w:tcW w:w="2880" w:type="dxa"/>
          </w:tcPr>
          <w:p w14:paraId="04E7690A" w14:textId="51E5B1DC" w:rsidR="0098456B" w:rsidRDefault="00003890" w:rsidP="00003890">
            <w:pPr>
              <w:spacing w:after="0"/>
            </w:pPr>
            <w:r>
              <w:t>Koktel</w:t>
            </w:r>
          </w:p>
        </w:tc>
        <w:tc>
          <w:tcPr>
            <w:tcW w:w="2880" w:type="dxa"/>
          </w:tcPr>
          <w:p w14:paraId="3CB55569" w14:textId="77777777" w:rsidR="00241A56" w:rsidRDefault="00241A56"/>
        </w:tc>
      </w:tr>
      <w:bookmarkEnd w:id="0"/>
    </w:tbl>
    <w:p w14:paraId="294082CC" w14:textId="4077E053" w:rsidR="006842A2" w:rsidRDefault="006842A2"/>
    <w:sectPr w:rsidR="006842A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8772141">
    <w:abstractNumId w:val="8"/>
  </w:num>
  <w:num w:numId="2" w16cid:durableId="1564680694">
    <w:abstractNumId w:val="6"/>
  </w:num>
  <w:num w:numId="3" w16cid:durableId="896286367">
    <w:abstractNumId w:val="5"/>
  </w:num>
  <w:num w:numId="4" w16cid:durableId="1344673431">
    <w:abstractNumId w:val="4"/>
  </w:num>
  <w:num w:numId="5" w16cid:durableId="1939294209">
    <w:abstractNumId w:val="7"/>
  </w:num>
  <w:num w:numId="6" w16cid:durableId="1439333054">
    <w:abstractNumId w:val="3"/>
  </w:num>
  <w:num w:numId="7" w16cid:durableId="1276324199">
    <w:abstractNumId w:val="2"/>
  </w:num>
  <w:num w:numId="8" w16cid:durableId="928126276">
    <w:abstractNumId w:val="1"/>
  </w:num>
  <w:num w:numId="9" w16cid:durableId="826939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890"/>
    <w:rsid w:val="00034616"/>
    <w:rsid w:val="0006063C"/>
    <w:rsid w:val="000B2049"/>
    <w:rsid w:val="000D1316"/>
    <w:rsid w:val="0015074B"/>
    <w:rsid w:val="00241A56"/>
    <w:rsid w:val="002572F2"/>
    <w:rsid w:val="00257475"/>
    <w:rsid w:val="0029639D"/>
    <w:rsid w:val="00326F90"/>
    <w:rsid w:val="003823B2"/>
    <w:rsid w:val="004B6423"/>
    <w:rsid w:val="004E0CAD"/>
    <w:rsid w:val="004E5B73"/>
    <w:rsid w:val="005778CB"/>
    <w:rsid w:val="00676CCB"/>
    <w:rsid w:val="006842A2"/>
    <w:rsid w:val="006B6325"/>
    <w:rsid w:val="006E2E5C"/>
    <w:rsid w:val="007022BF"/>
    <w:rsid w:val="007F39D4"/>
    <w:rsid w:val="00807E68"/>
    <w:rsid w:val="0086026A"/>
    <w:rsid w:val="008C0180"/>
    <w:rsid w:val="0098456B"/>
    <w:rsid w:val="009D0AF2"/>
    <w:rsid w:val="00A04A55"/>
    <w:rsid w:val="00A92260"/>
    <w:rsid w:val="00AA1D8D"/>
    <w:rsid w:val="00AC4A64"/>
    <w:rsid w:val="00AE5412"/>
    <w:rsid w:val="00B10315"/>
    <w:rsid w:val="00B47730"/>
    <w:rsid w:val="00C06A0D"/>
    <w:rsid w:val="00C60264"/>
    <w:rsid w:val="00CB0664"/>
    <w:rsid w:val="00CB2277"/>
    <w:rsid w:val="00D33457"/>
    <w:rsid w:val="00DB3B4D"/>
    <w:rsid w:val="00E13363"/>
    <w:rsid w:val="00EA2E75"/>
    <w:rsid w:val="00F7730D"/>
    <w:rsid w:val="00FB7EB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C05D6C"/>
  <w14:defaultImageDpi w14:val="300"/>
  <w15:docId w15:val="{EEA0CA03-E6A5-4A03-AE3A-69D6D53C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423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Dijana Dimic</cp:lastModifiedBy>
  <cp:revision>5</cp:revision>
  <dcterms:created xsi:type="dcterms:W3CDTF">2025-09-30T18:07:00Z</dcterms:created>
  <dcterms:modified xsi:type="dcterms:W3CDTF">2025-10-02T16:23:00Z</dcterms:modified>
  <cp:category/>
</cp:coreProperties>
</file>